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89F" w:rsidRPr="00F3589F" w:rsidRDefault="00F3589F" w:rsidP="00F3589F">
      <w:pPr>
        <w:pStyle w:val="1"/>
        <w:spacing w:before="0"/>
        <w:jc w:val="center"/>
        <w:rPr>
          <w:rFonts w:eastAsia="新細明體"/>
          <w:sz w:val="32"/>
          <w:szCs w:val="32"/>
          <w:lang w:eastAsia="zh-TW"/>
        </w:rPr>
      </w:pPr>
      <w:r w:rsidRPr="00F3589F">
        <w:rPr>
          <w:sz w:val="32"/>
          <w:szCs w:val="32"/>
          <w:lang w:eastAsia="zh-TW"/>
        </w:rPr>
        <w:t>國立政治大學國際經營與貿易學系</w:t>
      </w:r>
      <w:r w:rsidRPr="00F3589F">
        <w:rPr>
          <w:rFonts w:ascii="新細明體" w:eastAsia="新細明體" w:hAnsi="新細明體" w:hint="eastAsia"/>
          <w:sz w:val="32"/>
          <w:szCs w:val="32"/>
          <w:lang w:eastAsia="zh-TW"/>
        </w:rPr>
        <w:t xml:space="preserve">   </w:t>
      </w:r>
      <w:r>
        <w:rPr>
          <w:rFonts w:ascii="新細明體" w:eastAsia="新細明體" w:hAnsi="新細明體" w:hint="eastAsia"/>
          <w:sz w:val="32"/>
          <w:szCs w:val="32"/>
          <w:lang w:eastAsia="zh-TW"/>
        </w:rPr>
        <w:t xml:space="preserve">     </w:t>
      </w:r>
      <w:r w:rsidRPr="00F3589F">
        <w:rPr>
          <w:rFonts w:ascii="微軟正黑體" w:eastAsia="微軟正黑體" w:hAnsi="微軟正黑體" w:cs="微軟正黑體" w:hint="eastAsia"/>
          <w:sz w:val="32"/>
          <w:szCs w:val="32"/>
          <w:lang w:eastAsia="zh-TW"/>
        </w:rPr>
        <w:t xml:space="preserve">學年  </w:t>
      </w:r>
      <w:r>
        <w:rPr>
          <w:rFonts w:ascii="微軟正黑體" w:eastAsia="微軟正黑體" w:hAnsi="微軟正黑體" w:cs="微軟正黑體" w:hint="eastAsia"/>
          <w:sz w:val="32"/>
          <w:szCs w:val="32"/>
          <w:lang w:eastAsia="zh-TW"/>
        </w:rPr>
        <w:t xml:space="preserve"> </w:t>
      </w:r>
      <w:r w:rsidRPr="00F3589F">
        <w:rPr>
          <w:rFonts w:ascii="微軟正黑體" w:eastAsia="微軟正黑體" w:hAnsi="微軟正黑體" w:cs="微軟正黑體" w:hint="eastAsia"/>
          <w:sz w:val="32"/>
          <w:szCs w:val="32"/>
          <w:lang w:eastAsia="zh-TW"/>
        </w:rPr>
        <w:t xml:space="preserve">  學期</w:t>
      </w:r>
      <w:r w:rsidRPr="00F3589F">
        <w:rPr>
          <w:sz w:val="32"/>
          <w:szCs w:val="32"/>
          <w:lang w:eastAsia="zh-TW"/>
        </w:rPr>
        <w:br/>
      </w:r>
      <w:r w:rsidRPr="00F3589F">
        <w:rPr>
          <w:sz w:val="32"/>
          <w:szCs w:val="32"/>
          <w:lang w:eastAsia="zh-TW"/>
        </w:rPr>
        <w:t>「黃珍弟學姐卓越學習獎學金」申請表</w:t>
      </w:r>
      <w:r w:rsidRPr="00F3589F">
        <w:rPr>
          <w:sz w:val="32"/>
          <w:szCs w:val="32"/>
          <w:lang w:eastAsia="zh-TW"/>
        </w:rPr>
        <w:br/>
      </w:r>
      <w:r w:rsidRPr="00F3589F">
        <w:rPr>
          <w:sz w:val="32"/>
          <w:szCs w:val="32"/>
          <w:lang w:eastAsia="zh-TW"/>
        </w:rPr>
        <w:t>（適用商學院各系）</w:t>
      </w:r>
    </w:p>
    <w:p w:rsidR="00A24DDF" w:rsidRPr="00C83F7E" w:rsidRDefault="00391CF0">
      <w:pPr>
        <w:pStyle w:val="1"/>
        <w:rPr>
          <w:rFonts w:ascii="標楷體" w:eastAsia="標楷體" w:hAnsi="標楷體"/>
          <w:sz w:val="26"/>
          <w:szCs w:val="26"/>
          <w:lang w:eastAsia="zh-TW"/>
        </w:rPr>
      </w:pPr>
      <w:r w:rsidRPr="00C83F7E">
        <w:rPr>
          <w:rFonts w:ascii="標楷體" w:eastAsia="標楷體" w:hAnsi="標楷體"/>
          <w:sz w:val="26"/>
          <w:szCs w:val="26"/>
          <w:lang w:eastAsia="zh-TW"/>
        </w:rPr>
        <w:t>一、基本資料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8"/>
        <w:gridCol w:w="4318"/>
      </w:tblGrid>
      <w:tr w:rsidR="00A24DDF" w:rsidRPr="00C83F7E" w:rsidTr="00C83F7E">
        <w:tc>
          <w:tcPr>
            <w:tcW w:w="4320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姓名</w:t>
            </w:r>
          </w:p>
        </w:tc>
        <w:tc>
          <w:tcPr>
            <w:tcW w:w="4320" w:type="dxa"/>
          </w:tcPr>
          <w:p w:rsidR="00A24DDF" w:rsidRPr="00C83F7E" w:rsidRDefault="00A24DD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24DDF" w:rsidRPr="00C83F7E" w:rsidTr="00C83F7E">
        <w:tc>
          <w:tcPr>
            <w:tcW w:w="4320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學號</w:t>
            </w:r>
          </w:p>
        </w:tc>
        <w:tc>
          <w:tcPr>
            <w:tcW w:w="4320" w:type="dxa"/>
          </w:tcPr>
          <w:p w:rsidR="00A24DDF" w:rsidRPr="00C83F7E" w:rsidRDefault="00A24DD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24DDF" w:rsidRPr="00C83F7E" w:rsidTr="00C83F7E">
        <w:tc>
          <w:tcPr>
            <w:tcW w:w="4320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系所</w:t>
            </w:r>
          </w:p>
        </w:tc>
        <w:tc>
          <w:tcPr>
            <w:tcW w:w="4320" w:type="dxa"/>
          </w:tcPr>
          <w:p w:rsidR="00A24DDF" w:rsidRPr="00C83F7E" w:rsidRDefault="00A24DD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24DDF" w:rsidRPr="00C83F7E" w:rsidTr="00C83F7E">
        <w:tc>
          <w:tcPr>
            <w:tcW w:w="4320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年級（請勾選）</w:t>
            </w:r>
          </w:p>
        </w:tc>
        <w:tc>
          <w:tcPr>
            <w:tcW w:w="4320" w:type="dxa"/>
          </w:tcPr>
          <w:p w:rsidR="00A24DDF" w:rsidRPr="00C83F7E" w:rsidRDefault="00C83F7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新細明體" w:eastAsia="新細明體" w:hAnsi="新細明體" w:hint="eastAsia"/>
                <w:sz w:val="26"/>
                <w:szCs w:val="26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 xml:space="preserve">二年級   </w:t>
            </w:r>
            <w:r>
              <w:rPr>
                <w:rFonts w:ascii="新細明體" w:eastAsia="新細明體" w:hAnsi="新細明體" w:hint="eastAsia"/>
                <w:sz w:val="26"/>
                <w:szCs w:val="26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三年級</w:t>
            </w:r>
          </w:p>
        </w:tc>
      </w:tr>
      <w:tr w:rsidR="00A24DDF" w:rsidRPr="00C83F7E" w:rsidTr="00C83F7E">
        <w:tc>
          <w:tcPr>
            <w:tcW w:w="4320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班別（雙班請填）</w:t>
            </w:r>
          </w:p>
        </w:tc>
        <w:tc>
          <w:tcPr>
            <w:tcW w:w="4320" w:type="dxa"/>
          </w:tcPr>
          <w:p w:rsidR="00A24DDF" w:rsidRPr="00C83F7E" w:rsidRDefault="00A24DD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24DDF" w:rsidRPr="00C83F7E" w:rsidTr="00C83F7E">
        <w:tc>
          <w:tcPr>
            <w:tcW w:w="4320" w:type="dxa"/>
          </w:tcPr>
          <w:p w:rsidR="00A24DDF" w:rsidRPr="00C83F7E" w:rsidRDefault="00391CF0" w:rsidP="00C83F7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聯絡電話</w:t>
            </w:r>
            <w:r w:rsidR="00C83F7E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</w:tc>
        <w:tc>
          <w:tcPr>
            <w:tcW w:w="4320" w:type="dxa"/>
          </w:tcPr>
          <w:p w:rsidR="00A24DDF" w:rsidRPr="00C83F7E" w:rsidRDefault="00A24DD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83F7E" w:rsidRPr="00C83F7E" w:rsidTr="00C83F7E">
        <w:tc>
          <w:tcPr>
            <w:tcW w:w="4320" w:type="dxa"/>
          </w:tcPr>
          <w:p w:rsidR="00C83F7E" w:rsidRPr="00C83F7E" w:rsidRDefault="00C83F7E" w:rsidP="00C83F7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Email</w:t>
            </w:r>
          </w:p>
        </w:tc>
        <w:tc>
          <w:tcPr>
            <w:tcW w:w="4320" w:type="dxa"/>
          </w:tcPr>
          <w:p w:rsidR="00C83F7E" w:rsidRPr="00C83F7E" w:rsidRDefault="00C83F7E">
            <w:pPr>
              <w:rPr>
                <w:rFonts w:ascii="標楷體" w:eastAsia="標楷體" w:hAnsi="標楷體"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A24DDF" w:rsidRPr="00C83F7E" w:rsidRDefault="00391CF0">
      <w:pPr>
        <w:pStyle w:val="1"/>
        <w:rPr>
          <w:rFonts w:ascii="標楷體" w:eastAsia="標楷體" w:hAnsi="標楷體"/>
          <w:sz w:val="26"/>
          <w:szCs w:val="26"/>
        </w:rPr>
      </w:pPr>
      <w:r w:rsidRPr="00C83F7E">
        <w:rPr>
          <w:rFonts w:ascii="標楷體" w:eastAsia="標楷體" w:hAnsi="標楷體"/>
          <w:sz w:val="26"/>
          <w:szCs w:val="26"/>
        </w:rPr>
        <w:t>二、學業與操行成績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8"/>
        <w:gridCol w:w="4318"/>
      </w:tblGrid>
      <w:tr w:rsidR="00A24DDF" w:rsidRPr="00C83F7E" w:rsidTr="00C83F7E">
        <w:tc>
          <w:tcPr>
            <w:tcW w:w="4320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前一學期平均成績</w:t>
            </w:r>
          </w:p>
        </w:tc>
        <w:tc>
          <w:tcPr>
            <w:tcW w:w="4320" w:type="dxa"/>
          </w:tcPr>
          <w:p w:rsidR="00A24DDF" w:rsidRPr="00C83F7E" w:rsidRDefault="00A24DD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24DDF" w:rsidRPr="00C83F7E" w:rsidTr="00C83F7E">
        <w:tc>
          <w:tcPr>
            <w:tcW w:w="4320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  <w:lang w:eastAsia="zh-TW"/>
              </w:rPr>
              <w:t>班級排名（須為第一名）</w:t>
            </w:r>
          </w:p>
        </w:tc>
        <w:tc>
          <w:tcPr>
            <w:tcW w:w="4320" w:type="dxa"/>
          </w:tcPr>
          <w:p w:rsidR="00A24DDF" w:rsidRPr="00C83F7E" w:rsidRDefault="00A24DDF">
            <w:pPr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</w:tr>
      <w:tr w:rsidR="00A24DDF" w:rsidRPr="00C83F7E" w:rsidTr="00C83F7E">
        <w:tc>
          <w:tcPr>
            <w:tcW w:w="4320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操行成績（須80以上）</w:t>
            </w:r>
          </w:p>
        </w:tc>
        <w:tc>
          <w:tcPr>
            <w:tcW w:w="4320" w:type="dxa"/>
          </w:tcPr>
          <w:p w:rsidR="00A24DDF" w:rsidRPr="00C83F7E" w:rsidRDefault="00A24DD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A24DDF" w:rsidRPr="00C83F7E" w:rsidRDefault="00391CF0">
      <w:pPr>
        <w:rPr>
          <w:rFonts w:ascii="標楷體" w:eastAsia="標楷體" w:hAnsi="標楷體"/>
          <w:sz w:val="26"/>
          <w:szCs w:val="26"/>
          <w:lang w:eastAsia="zh-TW"/>
        </w:rPr>
      </w:pPr>
      <w:r w:rsidRPr="00C83F7E">
        <w:rPr>
          <w:rFonts w:ascii="標楷體" w:eastAsia="標楷體" w:hAnsi="標楷體"/>
          <w:sz w:val="26"/>
          <w:szCs w:val="26"/>
          <w:lang w:eastAsia="zh-TW"/>
        </w:rPr>
        <w:t>※雙班制須為各班第一名；單班制須為全班第一名。</w:t>
      </w:r>
    </w:p>
    <w:p w:rsidR="00A24DDF" w:rsidRPr="00C83F7E" w:rsidRDefault="00391CF0">
      <w:pPr>
        <w:pStyle w:val="1"/>
        <w:rPr>
          <w:rFonts w:ascii="標楷體" w:eastAsia="標楷體" w:hAnsi="標楷體"/>
          <w:sz w:val="26"/>
          <w:szCs w:val="26"/>
          <w:lang w:eastAsia="zh-TW"/>
        </w:rPr>
      </w:pPr>
      <w:r w:rsidRPr="00C83F7E">
        <w:rPr>
          <w:rFonts w:ascii="標楷體" w:eastAsia="標楷體" w:hAnsi="標楷體"/>
          <w:sz w:val="26"/>
          <w:szCs w:val="26"/>
          <w:lang w:eastAsia="zh-TW"/>
        </w:rPr>
        <w:t>三、檢附文件（請勾選）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7217"/>
      </w:tblGrid>
      <w:tr w:rsidR="00A24DDF" w:rsidRPr="00C83F7E" w:rsidTr="008B56DD">
        <w:tc>
          <w:tcPr>
            <w:tcW w:w="1413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□</w:t>
            </w:r>
          </w:p>
        </w:tc>
        <w:tc>
          <w:tcPr>
            <w:tcW w:w="7217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申請表</w:t>
            </w:r>
          </w:p>
        </w:tc>
      </w:tr>
      <w:tr w:rsidR="00A24DDF" w:rsidRPr="00C83F7E" w:rsidTr="008B56DD">
        <w:tc>
          <w:tcPr>
            <w:tcW w:w="1413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□</w:t>
            </w:r>
          </w:p>
        </w:tc>
        <w:tc>
          <w:tcPr>
            <w:tcW w:w="7217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學業成績單（正本）</w:t>
            </w:r>
          </w:p>
        </w:tc>
      </w:tr>
      <w:tr w:rsidR="00A24DDF" w:rsidRPr="00C83F7E" w:rsidTr="008B56DD">
        <w:tc>
          <w:tcPr>
            <w:tcW w:w="1413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□</w:t>
            </w:r>
          </w:p>
        </w:tc>
        <w:tc>
          <w:tcPr>
            <w:tcW w:w="7217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班排名證明</w:t>
            </w:r>
          </w:p>
        </w:tc>
      </w:tr>
      <w:tr w:rsidR="00A24DDF" w:rsidRPr="00C83F7E" w:rsidTr="008B56DD">
        <w:tc>
          <w:tcPr>
            <w:tcW w:w="1413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□</w:t>
            </w:r>
          </w:p>
        </w:tc>
        <w:tc>
          <w:tcPr>
            <w:tcW w:w="7217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  <w:lang w:eastAsia="zh-TW"/>
              </w:rPr>
              <w:t>操行成績證明或獎懲紀錄</w:t>
            </w:r>
          </w:p>
        </w:tc>
      </w:tr>
    </w:tbl>
    <w:p w:rsidR="00A24DDF" w:rsidRPr="00C83F7E" w:rsidRDefault="00391CF0">
      <w:pPr>
        <w:pStyle w:val="1"/>
        <w:rPr>
          <w:rFonts w:ascii="標楷體" w:eastAsia="標楷體" w:hAnsi="標楷體"/>
          <w:sz w:val="26"/>
          <w:szCs w:val="26"/>
          <w:lang w:eastAsia="zh-TW"/>
        </w:rPr>
      </w:pPr>
      <w:r w:rsidRPr="00C83F7E">
        <w:rPr>
          <w:rFonts w:ascii="標楷體" w:eastAsia="標楷體" w:hAnsi="標楷體"/>
          <w:sz w:val="26"/>
          <w:szCs w:val="26"/>
          <w:lang w:eastAsia="zh-TW"/>
        </w:rPr>
        <w:lastRenderedPageBreak/>
        <w:t>四、申請人聲明</w:t>
      </w:r>
    </w:p>
    <w:p w:rsidR="00A24DDF" w:rsidRPr="00C83F7E" w:rsidRDefault="00391CF0">
      <w:pPr>
        <w:rPr>
          <w:rFonts w:ascii="標楷體" w:eastAsia="標楷體" w:hAnsi="標楷體"/>
          <w:sz w:val="26"/>
          <w:szCs w:val="26"/>
          <w:lang w:eastAsia="zh-TW"/>
        </w:rPr>
      </w:pPr>
      <w:r w:rsidRPr="00C83F7E">
        <w:rPr>
          <w:rFonts w:ascii="標楷體" w:eastAsia="標楷體" w:hAnsi="標楷體"/>
          <w:sz w:val="26"/>
          <w:szCs w:val="26"/>
          <w:lang w:eastAsia="zh-TW"/>
        </w:rPr>
        <w:t>本人確認以上資料均屬實。</w:t>
      </w:r>
      <w:r w:rsidRPr="00C83F7E">
        <w:rPr>
          <w:rFonts w:ascii="標楷體" w:eastAsia="標楷體" w:hAnsi="標楷體"/>
          <w:sz w:val="26"/>
          <w:szCs w:val="26"/>
          <w:lang w:eastAsia="zh-TW"/>
        </w:rPr>
        <w:br/>
        <w:t>申請人簽名：______________    日期：______________</w:t>
      </w:r>
    </w:p>
    <w:p w:rsidR="00A24DDF" w:rsidRPr="00C83F7E" w:rsidRDefault="00391CF0">
      <w:pPr>
        <w:pStyle w:val="1"/>
        <w:rPr>
          <w:rFonts w:ascii="標楷體" w:eastAsia="標楷體" w:hAnsi="標楷體"/>
          <w:sz w:val="26"/>
          <w:szCs w:val="26"/>
          <w:lang w:eastAsia="zh-TW"/>
        </w:rPr>
      </w:pPr>
      <w:r w:rsidRPr="00C83F7E">
        <w:rPr>
          <w:rFonts w:ascii="標楷體" w:eastAsia="標楷體" w:hAnsi="標楷體"/>
          <w:sz w:val="26"/>
          <w:szCs w:val="26"/>
          <w:lang w:eastAsia="zh-TW"/>
        </w:rPr>
        <w:t>五、系所資格確認（助教／系辦）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4382"/>
      </w:tblGrid>
      <w:tr w:rsidR="00A24DDF" w:rsidRPr="00C83F7E" w:rsidTr="00F756A1">
        <w:tc>
          <w:tcPr>
            <w:tcW w:w="4248" w:type="dxa"/>
          </w:tcPr>
          <w:p w:rsidR="00A24DDF" w:rsidRPr="00F3589F" w:rsidRDefault="00F3589F">
            <w:pPr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F3589F">
              <w:rPr>
                <w:rFonts w:ascii="標楷體" w:eastAsia="標楷體" w:hAnsi="標楷體"/>
                <w:sz w:val="26"/>
                <w:szCs w:val="26"/>
                <w:lang w:eastAsia="zh-TW"/>
              </w:rPr>
              <w:t>經</w:t>
            </w:r>
            <w:r w:rsidRPr="00F3589F">
              <w:rPr>
                <w:rFonts w:ascii="標楷體" w:eastAsia="標楷體" w:hAnsi="標楷體" w:cs="微軟正黑體" w:hint="eastAsia"/>
                <w:sz w:val="26"/>
                <w:szCs w:val="26"/>
                <w:lang w:eastAsia="zh-TW"/>
              </w:rPr>
              <w:t>查</w:t>
            </w:r>
            <w:r w:rsidRPr="00F3589F">
              <w:rPr>
                <w:rFonts w:ascii="標楷體" w:eastAsia="標楷體" w:hAnsi="標楷體" w:cs="Yu Gothic UI" w:hint="eastAsia"/>
                <w:sz w:val="26"/>
                <w:szCs w:val="26"/>
                <w:lang w:eastAsia="zh-TW"/>
              </w:rPr>
              <w:t>核，申請人確為該班（或全班）學業成績第一名，並符合申請資格</w:t>
            </w:r>
          </w:p>
        </w:tc>
        <w:tc>
          <w:tcPr>
            <w:tcW w:w="4382" w:type="dxa"/>
          </w:tcPr>
          <w:p w:rsidR="00A24DDF" w:rsidRPr="00C83F7E" w:rsidRDefault="00391CF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</w:rPr>
              <w:t>□是</w:t>
            </w:r>
            <w:r w:rsidR="002E7184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 xml:space="preserve">         </w:t>
            </w:r>
            <w:r w:rsidRPr="00C83F7E">
              <w:rPr>
                <w:rFonts w:ascii="標楷體" w:eastAsia="標楷體" w:hAnsi="標楷體"/>
                <w:sz w:val="26"/>
                <w:szCs w:val="26"/>
              </w:rPr>
              <w:t xml:space="preserve"> □否</w:t>
            </w:r>
          </w:p>
        </w:tc>
      </w:tr>
      <w:tr w:rsidR="00A24DDF" w:rsidRPr="00C83F7E" w:rsidTr="00F756A1">
        <w:tc>
          <w:tcPr>
            <w:tcW w:w="4248" w:type="dxa"/>
          </w:tcPr>
          <w:p w:rsidR="00A24DDF" w:rsidRPr="002E7184" w:rsidRDefault="00391CF0">
            <w:pPr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2E7184">
              <w:rPr>
                <w:rFonts w:ascii="標楷體" w:eastAsia="標楷體" w:hAnsi="標楷體"/>
                <w:sz w:val="26"/>
                <w:szCs w:val="26"/>
                <w:lang w:eastAsia="zh-TW"/>
              </w:rPr>
              <w:t>承辦人（助教／系辦）</w:t>
            </w:r>
          </w:p>
        </w:tc>
        <w:tc>
          <w:tcPr>
            <w:tcW w:w="4382" w:type="dxa"/>
          </w:tcPr>
          <w:p w:rsidR="00A24DDF" w:rsidRPr="00C83F7E" w:rsidRDefault="00A24DDF">
            <w:pPr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</w:tr>
      <w:tr w:rsidR="00A24DDF" w:rsidRPr="00C83F7E" w:rsidTr="00F756A1">
        <w:tc>
          <w:tcPr>
            <w:tcW w:w="4248" w:type="dxa"/>
          </w:tcPr>
          <w:p w:rsidR="00A24DDF" w:rsidRPr="002E7184" w:rsidRDefault="00391CF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E7184">
              <w:rPr>
                <w:rFonts w:ascii="標楷體" w:eastAsia="標楷體" w:hAnsi="標楷體"/>
                <w:sz w:val="26"/>
                <w:szCs w:val="26"/>
              </w:rPr>
              <w:t>系章</w:t>
            </w:r>
          </w:p>
        </w:tc>
        <w:tc>
          <w:tcPr>
            <w:tcW w:w="4382" w:type="dxa"/>
          </w:tcPr>
          <w:p w:rsidR="00A24DDF" w:rsidRDefault="00A24DD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E7184" w:rsidRDefault="002E718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756A1" w:rsidRDefault="00F756A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E7184" w:rsidRPr="00C83F7E" w:rsidRDefault="002E718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A24DDF" w:rsidRPr="00C83F7E" w:rsidRDefault="00391CF0">
      <w:pPr>
        <w:pStyle w:val="1"/>
        <w:rPr>
          <w:rFonts w:ascii="標楷體" w:eastAsia="標楷體" w:hAnsi="標楷體"/>
          <w:sz w:val="26"/>
          <w:szCs w:val="26"/>
        </w:rPr>
      </w:pPr>
      <w:r w:rsidRPr="00C83F7E">
        <w:rPr>
          <w:rFonts w:ascii="標楷體" w:eastAsia="標楷體" w:hAnsi="標楷體"/>
          <w:sz w:val="26"/>
          <w:szCs w:val="26"/>
        </w:rPr>
        <w:t>六、系所推薦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4"/>
        <w:gridCol w:w="4702"/>
      </w:tblGrid>
      <w:tr w:rsidR="00C83F7E" w:rsidRPr="00C83F7E" w:rsidTr="002001D1">
        <w:tc>
          <w:tcPr>
            <w:tcW w:w="8640" w:type="dxa"/>
            <w:gridSpan w:val="2"/>
          </w:tcPr>
          <w:p w:rsidR="00C83F7E" w:rsidRPr="00C83F7E" w:rsidRDefault="00C83F7E">
            <w:pPr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  <w:lang w:eastAsia="zh-TW"/>
              </w:rPr>
              <w:t>本系已完成資格審</w:t>
            </w:r>
            <w:r w:rsidRPr="00C83F7E">
              <w:rPr>
                <w:rFonts w:ascii="標楷體" w:eastAsia="標楷體" w:hAnsi="標楷體" w:cs="微軟正黑體" w:hint="eastAsia"/>
                <w:sz w:val="26"/>
                <w:szCs w:val="26"/>
                <w:lang w:eastAsia="zh-TW"/>
              </w:rPr>
              <w:t>查</w:t>
            </w:r>
            <w:r w:rsidRPr="00C83F7E">
              <w:rPr>
                <w:rFonts w:ascii="標楷體" w:eastAsia="標楷體" w:hAnsi="標楷體" w:cs="Yu Gothic UI" w:hint="eastAsia"/>
                <w:sz w:val="26"/>
                <w:szCs w:val="26"/>
                <w:lang w:eastAsia="zh-TW"/>
              </w:rPr>
              <w:t>，確認申請人符合本獎學金申請條件，予以推薦</w:t>
            </w:r>
          </w:p>
        </w:tc>
      </w:tr>
      <w:tr w:rsidR="00A24DDF" w:rsidRPr="00C83F7E" w:rsidTr="00C83F7E">
        <w:tc>
          <w:tcPr>
            <w:tcW w:w="3936" w:type="dxa"/>
          </w:tcPr>
          <w:p w:rsidR="00A24DDF" w:rsidRPr="00C83F7E" w:rsidRDefault="00C83F7E" w:rsidP="00C83F7E">
            <w:pPr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C83F7E">
              <w:rPr>
                <w:rFonts w:ascii="標楷體" w:eastAsia="標楷體" w:hAnsi="標楷體"/>
                <w:sz w:val="26"/>
                <w:szCs w:val="26"/>
                <w:lang w:eastAsia="zh-TW"/>
              </w:rPr>
              <w:t>系主任／主管簽章</w:t>
            </w:r>
          </w:p>
        </w:tc>
        <w:tc>
          <w:tcPr>
            <w:tcW w:w="4704" w:type="dxa"/>
          </w:tcPr>
          <w:p w:rsidR="00EA7445" w:rsidRPr="00C83F7E" w:rsidRDefault="00EA7445">
            <w:pPr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</w:tr>
    </w:tbl>
    <w:p w:rsidR="00391CF0" w:rsidRPr="00C83F7E" w:rsidRDefault="00391CF0">
      <w:pPr>
        <w:rPr>
          <w:rFonts w:ascii="標楷體" w:eastAsia="標楷體" w:hAnsi="標楷體"/>
          <w:sz w:val="26"/>
          <w:szCs w:val="26"/>
          <w:lang w:eastAsia="zh-TW"/>
        </w:rPr>
      </w:pPr>
    </w:p>
    <w:sectPr w:rsidR="00391CF0" w:rsidRPr="00C83F7E" w:rsidSect="00B17B70">
      <w:pgSz w:w="12240" w:h="15840"/>
      <w:pgMar w:top="1134" w:right="1797" w:bottom="1134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125" w:rsidRDefault="00ED4125" w:rsidP="00F3589F">
      <w:pPr>
        <w:spacing w:after="0" w:line="240" w:lineRule="auto"/>
      </w:pPr>
      <w:r>
        <w:separator/>
      </w:r>
    </w:p>
  </w:endnote>
  <w:endnote w:type="continuationSeparator" w:id="0">
    <w:p w:rsidR="00ED4125" w:rsidRDefault="00ED4125" w:rsidP="00F35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125" w:rsidRDefault="00ED4125" w:rsidP="00F3589F">
      <w:pPr>
        <w:spacing w:after="0" w:line="240" w:lineRule="auto"/>
      </w:pPr>
      <w:r>
        <w:separator/>
      </w:r>
    </w:p>
  </w:footnote>
  <w:footnote w:type="continuationSeparator" w:id="0">
    <w:p w:rsidR="00ED4125" w:rsidRDefault="00ED4125" w:rsidP="00F358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2E7184"/>
    <w:rsid w:val="00326F90"/>
    <w:rsid w:val="00391CF0"/>
    <w:rsid w:val="0089376A"/>
    <w:rsid w:val="008B56DD"/>
    <w:rsid w:val="009B253F"/>
    <w:rsid w:val="00A24DDF"/>
    <w:rsid w:val="00AA1D8D"/>
    <w:rsid w:val="00B17B70"/>
    <w:rsid w:val="00B47730"/>
    <w:rsid w:val="00C83F7E"/>
    <w:rsid w:val="00CB0664"/>
    <w:rsid w:val="00EA7445"/>
    <w:rsid w:val="00ED4125"/>
    <w:rsid w:val="00F3589F"/>
    <w:rsid w:val="00F756A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85F0B1F"/>
  <w14:defaultImageDpi w14:val="300"/>
  <w15:docId w15:val="{54C49E69-C546-41D5-B174-3D50EBCA1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F384D66-A223-41E5-B011-F80042440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219</Words>
  <Characters>240</Characters>
  <Application>Microsoft Office Word</Application>
  <DocSecurity>0</DocSecurity>
  <Lines>14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4</cp:revision>
  <dcterms:created xsi:type="dcterms:W3CDTF">2026-04-22T05:39:00Z</dcterms:created>
  <dcterms:modified xsi:type="dcterms:W3CDTF">2026-04-22T05:43:00Z</dcterms:modified>
  <cp:category/>
</cp:coreProperties>
</file>