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740" w:rsidRDefault="00833395">
      <w:pPr>
        <w:spacing w:after="60"/>
        <w:jc w:val="center"/>
      </w:pPr>
      <w:r>
        <w:rPr>
          <w:b/>
          <w:sz w:val="32"/>
        </w:rPr>
        <w:t>國立政治大學國際經營與貿易學系</w:t>
      </w:r>
    </w:p>
    <w:p w:rsidR="00BA7740" w:rsidRDefault="00833395">
      <w:pPr>
        <w:spacing w:after="180"/>
        <w:jc w:val="center"/>
      </w:pPr>
      <w:r>
        <w:rPr>
          <w:b/>
          <w:sz w:val="24"/>
        </w:rPr>
        <w:t>＿＿＿學年度第＿＿學期　獎助學金申請書</w:t>
      </w:r>
    </w:p>
    <w:p w:rsidR="00BA7740" w:rsidRDefault="00833395">
      <w:pPr>
        <w:spacing w:after="60"/>
      </w:pPr>
      <w:r>
        <w:rPr>
          <w:b/>
        </w:rPr>
        <w:t>申請獎助學金（請勾選）：</w:t>
      </w:r>
    </w:p>
    <w:p w:rsidR="00BA7740" w:rsidRDefault="00833395">
      <w:pPr>
        <w:spacing w:after="160"/>
      </w:pPr>
      <w:r>
        <w:rPr>
          <w:sz w:val="19"/>
        </w:rPr>
        <w:t xml:space="preserve">□ </w:t>
      </w:r>
      <w:r>
        <w:rPr>
          <w:sz w:val="19"/>
        </w:rPr>
        <w:t xml:space="preserve">系友會還願獎學金　　</w:t>
      </w:r>
      <w:r>
        <w:rPr>
          <w:sz w:val="19"/>
        </w:rPr>
        <w:t xml:space="preserve"> □ </w:t>
      </w:r>
      <w:r>
        <w:rPr>
          <w:sz w:val="19"/>
        </w:rPr>
        <w:t xml:space="preserve">魯傳鼎教授獎助學金　　</w:t>
      </w:r>
      <w:r>
        <w:rPr>
          <w:sz w:val="19"/>
        </w:rPr>
        <w:t xml:space="preserve"> □ </w:t>
      </w:r>
      <w:r>
        <w:rPr>
          <w:sz w:val="19"/>
        </w:rPr>
        <w:t>梁悅蘭老師紀念獎助學金</w:t>
      </w:r>
    </w:p>
    <w:p w:rsidR="00BA7740" w:rsidRDefault="00833395">
      <w:pPr>
        <w:spacing w:before="140" w:after="100"/>
      </w:pPr>
      <w:r>
        <w:rPr>
          <w:b/>
          <w:sz w:val="22"/>
        </w:rPr>
        <w:t>一、申請人基本資料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46"/>
        <w:gridCol w:w="2370"/>
        <w:gridCol w:w="1497"/>
        <w:gridCol w:w="2494"/>
        <w:gridCol w:w="2166"/>
      </w:tblGrid>
      <w:tr w:rsidR="00BA7740">
        <w:trPr>
          <w:cantSplit/>
          <w:trHeight w:val="482"/>
          <w:jc w:val="center"/>
        </w:trPr>
        <w:tc>
          <w:tcPr>
            <w:tcW w:w="1446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9"/>
              </w:rPr>
              <w:t>姓　　名</w:t>
            </w:r>
          </w:p>
        </w:tc>
        <w:tc>
          <w:tcPr>
            <w:tcW w:w="2370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9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9"/>
              </w:rPr>
              <w:t>性　　別</w:t>
            </w:r>
          </w:p>
        </w:tc>
        <w:tc>
          <w:tcPr>
            <w:tcW w:w="249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□ </w:t>
            </w:r>
            <w:r>
              <w:rPr>
                <w:sz w:val="19"/>
              </w:rPr>
              <w:t xml:space="preserve">男　</w:t>
            </w:r>
            <w:r>
              <w:rPr>
                <w:sz w:val="19"/>
              </w:rPr>
              <w:t xml:space="preserve">□ </w:t>
            </w:r>
            <w:r>
              <w:rPr>
                <w:sz w:val="19"/>
              </w:rPr>
              <w:t>女</w:t>
            </w:r>
          </w:p>
        </w:tc>
        <w:tc>
          <w:tcPr>
            <w:tcW w:w="2166" w:type="dxa"/>
            <w:vMerge w:val="restart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sz w:val="22"/>
              </w:rPr>
              <w:t>請黏貼</w:t>
            </w:r>
            <w:r>
              <w:br/>
            </w:r>
            <w:r>
              <w:rPr>
                <w:sz w:val="22"/>
              </w:rPr>
              <w:t>2</w:t>
            </w:r>
            <w:r>
              <w:rPr>
                <w:sz w:val="22"/>
              </w:rPr>
              <w:t>吋照片</w:t>
            </w:r>
          </w:p>
        </w:tc>
        <w:bookmarkStart w:id="0" w:name="_GoBack"/>
        <w:bookmarkEnd w:id="0"/>
      </w:tr>
      <w:tr w:rsidR="00BA7740">
        <w:trPr>
          <w:cantSplit/>
          <w:trHeight w:val="482"/>
          <w:jc w:val="center"/>
        </w:trPr>
        <w:tc>
          <w:tcPr>
            <w:tcW w:w="1446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9"/>
              </w:rPr>
              <w:t>學　　號</w:t>
            </w:r>
          </w:p>
        </w:tc>
        <w:tc>
          <w:tcPr>
            <w:tcW w:w="2370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9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9"/>
              </w:rPr>
              <w:t>身分證字號</w:t>
            </w:r>
          </w:p>
        </w:tc>
        <w:tc>
          <w:tcPr>
            <w:tcW w:w="249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166" w:type="dxa"/>
            <w:vMerge/>
          </w:tcPr>
          <w:p w:rsidR="00BA7740" w:rsidRDefault="00BA7740"/>
        </w:tc>
      </w:tr>
      <w:tr w:rsidR="00BA7740">
        <w:trPr>
          <w:cantSplit/>
          <w:trHeight w:val="680"/>
          <w:jc w:val="center"/>
        </w:trPr>
        <w:tc>
          <w:tcPr>
            <w:tcW w:w="1446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7"/>
              </w:rPr>
              <w:t>年級班別</w:t>
            </w:r>
          </w:p>
        </w:tc>
        <w:tc>
          <w:tcPr>
            <w:tcW w:w="2370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7"/>
              </w:rPr>
              <w:t xml:space="preserve">　年　班</w:t>
            </w:r>
          </w:p>
        </w:tc>
        <w:tc>
          <w:tcPr>
            <w:tcW w:w="149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7"/>
              </w:rPr>
              <w:t>身分別</w:t>
            </w:r>
          </w:p>
        </w:tc>
        <w:tc>
          <w:tcPr>
            <w:tcW w:w="249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7"/>
              </w:rPr>
              <w:t xml:space="preserve">□ </w:t>
            </w:r>
            <w:r>
              <w:rPr>
                <w:sz w:val="17"/>
              </w:rPr>
              <w:t xml:space="preserve">一般生　</w:t>
            </w:r>
            <w:r>
              <w:rPr>
                <w:sz w:val="17"/>
              </w:rPr>
              <w:t xml:space="preserve">□ </w:t>
            </w:r>
            <w:r>
              <w:rPr>
                <w:sz w:val="17"/>
              </w:rPr>
              <w:t>原住民生</w:t>
            </w:r>
            <w:r>
              <w:br/>
            </w:r>
            <w:r>
              <w:rPr>
                <w:sz w:val="17"/>
              </w:rPr>
              <w:t xml:space="preserve">□ </w:t>
            </w:r>
            <w:r>
              <w:rPr>
                <w:sz w:val="17"/>
              </w:rPr>
              <w:t xml:space="preserve">僑生　　</w:t>
            </w:r>
            <w:r>
              <w:rPr>
                <w:sz w:val="17"/>
              </w:rPr>
              <w:t xml:space="preserve">□ </w:t>
            </w:r>
            <w:r>
              <w:rPr>
                <w:sz w:val="17"/>
              </w:rPr>
              <w:t>身心障礙生</w:t>
            </w:r>
          </w:p>
        </w:tc>
        <w:tc>
          <w:tcPr>
            <w:tcW w:w="2166" w:type="dxa"/>
            <w:vMerge/>
          </w:tcPr>
          <w:p w:rsidR="00BA7740" w:rsidRDefault="00BA7740"/>
        </w:tc>
      </w:tr>
      <w:tr w:rsidR="00BA7740">
        <w:trPr>
          <w:cantSplit/>
          <w:trHeight w:val="482"/>
          <w:jc w:val="center"/>
        </w:trPr>
        <w:tc>
          <w:tcPr>
            <w:tcW w:w="1446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9"/>
              </w:rPr>
              <w:t>聯絡電話</w:t>
            </w:r>
          </w:p>
        </w:tc>
        <w:tc>
          <w:tcPr>
            <w:tcW w:w="2370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9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9"/>
              </w:rPr>
              <w:t>行動電話</w:t>
            </w:r>
          </w:p>
        </w:tc>
        <w:tc>
          <w:tcPr>
            <w:tcW w:w="249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166" w:type="dxa"/>
            <w:vMerge/>
          </w:tcPr>
          <w:p w:rsidR="00BA7740" w:rsidRDefault="00BA7740"/>
        </w:tc>
      </w:tr>
      <w:tr w:rsidR="00BA7740">
        <w:trPr>
          <w:cantSplit/>
          <w:trHeight w:val="482"/>
          <w:jc w:val="center"/>
        </w:trPr>
        <w:tc>
          <w:tcPr>
            <w:tcW w:w="1446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8"/>
              </w:rPr>
              <w:t>通訊地址</w:t>
            </w:r>
          </w:p>
        </w:tc>
        <w:tc>
          <w:tcPr>
            <w:tcW w:w="6361" w:type="dxa"/>
            <w:gridSpan w:val="3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166" w:type="dxa"/>
            <w:vMerge/>
          </w:tcPr>
          <w:p w:rsidR="00BA7740" w:rsidRDefault="00BA7740"/>
        </w:tc>
      </w:tr>
      <w:tr w:rsidR="00BA7740">
        <w:trPr>
          <w:cantSplit/>
          <w:trHeight w:val="482"/>
          <w:jc w:val="center"/>
        </w:trPr>
        <w:tc>
          <w:tcPr>
            <w:tcW w:w="1446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8"/>
              </w:rPr>
              <w:t>電子信箱</w:t>
            </w:r>
          </w:p>
        </w:tc>
        <w:tc>
          <w:tcPr>
            <w:tcW w:w="6361" w:type="dxa"/>
            <w:gridSpan w:val="3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（請填寫完整資訊）</w:t>
            </w:r>
          </w:p>
        </w:tc>
        <w:tc>
          <w:tcPr>
            <w:tcW w:w="2166" w:type="dxa"/>
            <w:vMerge/>
          </w:tcPr>
          <w:p w:rsidR="00BA7740" w:rsidRDefault="00BA7740"/>
        </w:tc>
      </w:tr>
      <w:tr w:rsidR="00BA7740">
        <w:trPr>
          <w:cantSplit/>
          <w:trHeight w:val="482"/>
          <w:jc w:val="center"/>
        </w:trPr>
        <w:tc>
          <w:tcPr>
            <w:tcW w:w="5313" w:type="dxa"/>
            <w:gridSpan w:val="3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8"/>
              </w:rPr>
              <w:t>前一學年學業成績平均</w:t>
            </w:r>
          </w:p>
        </w:tc>
        <w:tc>
          <w:tcPr>
            <w:tcW w:w="249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　　　　分</w:t>
            </w:r>
          </w:p>
        </w:tc>
        <w:tc>
          <w:tcPr>
            <w:tcW w:w="2166" w:type="dxa"/>
            <w:vMerge w:val="restart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sz w:val="16"/>
              </w:rPr>
              <w:t>成績欄請依前一學年</w:t>
            </w:r>
            <w:r>
              <w:br/>
            </w:r>
            <w:r>
              <w:rPr>
                <w:sz w:val="16"/>
              </w:rPr>
              <w:t>成績單填寫</w:t>
            </w:r>
          </w:p>
        </w:tc>
      </w:tr>
      <w:tr w:rsidR="00BA7740">
        <w:trPr>
          <w:cantSplit/>
          <w:trHeight w:val="482"/>
          <w:jc w:val="center"/>
        </w:trPr>
        <w:tc>
          <w:tcPr>
            <w:tcW w:w="5313" w:type="dxa"/>
            <w:gridSpan w:val="3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8"/>
              </w:rPr>
              <w:t>前一學年操行成績平均</w:t>
            </w:r>
          </w:p>
        </w:tc>
        <w:tc>
          <w:tcPr>
            <w:tcW w:w="249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　　　　分</w:t>
            </w:r>
          </w:p>
        </w:tc>
        <w:tc>
          <w:tcPr>
            <w:tcW w:w="2166" w:type="dxa"/>
            <w:vMerge/>
          </w:tcPr>
          <w:p w:rsidR="00BA7740" w:rsidRDefault="00BA7740"/>
        </w:tc>
      </w:tr>
    </w:tbl>
    <w:p w:rsidR="00BA7740" w:rsidRDefault="00833395">
      <w:pPr>
        <w:spacing w:before="140" w:after="100"/>
      </w:pPr>
      <w:r>
        <w:rPr>
          <w:b/>
          <w:sz w:val="22"/>
        </w:rPr>
        <w:t>二、檢附文件（請逐項勾選）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89"/>
        <w:gridCol w:w="4989"/>
      </w:tblGrid>
      <w:tr w:rsidR="00BA7740">
        <w:trPr>
          <w:cantSplit/>
          <w:trHeight w:val="357"/>
          <w:jc w:val="center"/>
        </w:trPr>
        <w:tc>
          <w:tcPr>
            <w:tcW w:w="4989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□ </w:t>
            </w:r>
            <w:r>
              <w:rPr>
                <w:sz w:val="19"/>
              </w:rPr>
              <w:t>申請書（含附表一、附表二）</w:t>
            </w:r>
          </w:p>
        </w:tc>
        <w:tc>
          <w:tcPr>
            <w:tcW w:w="4989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□ </w:t>
            </w:r>
            <w:r>
              <w:rPr>
                <w:sz w:val="19"/>
              </w:rPr>
              <w:t>清寒證明／低收入戶證明</w:t>
            </w:r>
          </w:p>
        </w:tc>
      </w:tr>
      <w:tr w:rsidR="00BA7740">
        <w:trPr>
          <w:cantSplit/>
          <w:trHeight w:val="357"/>
          <w:jc w:val="center"/>
        </w:trPr>
        <w:tc>
          <w:tcPr>
            <w:tcW w:w="4989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□ </w:t>
            </w:r>
            <w:r>
              <w:rPr>
                <w:sz w:val="19"/>
              </w:rPr>
              <w:t>前一學年成績單正本</w:t>
            </w:r>
          </w:p>
        </w:tc>
        <w:tc>
          <w:tcPr>
            <w:tcW w:w="4989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□ </w:t>
            </w:r>
            <w:r>
              <w:rPr>
                <w:sz w:val="19"/>
              </w:rPr>
              <w:t>全戶戶口名簿影本</w:t>
            </w:r>
          </w:p>
        </w:tc>
      </w:tr>
      <w:tr w:rsidR="00BA7740">
        <w:trPr>
          <w:cantSplit/>
          <w:trHeight w:val="357"/>
          <w:jc w:val="center"/>
        </w:trPr>
        <w:tc>
          <w:tcPr>
            <w:tcW w:w="4989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□ </w:t>
            </w:r>
            <w:r>
              <w:rPr>
                <w:sz w:val="19"/>
              </w:rPr>
              <w:t>申報所得稅相關證明</w:t>
            </w:r>
          </w:p>
        </w:tc>
        <w:tc>
          <w:tcPr>
            <w:tcW w:w="4989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□ </w:t>
            </w:r>
            <w:r>
              <w:rPr>
                <w:sz w:val="19"/>
              </w:rPr>
              <w:t>其他需檢附之證明：</w:t>
            </w:r>
          </w:p>
        </w:tc>
      </w:tr>
      <w:tr w:rsidR="00BA7740">
        <w:trPr>
          <w:cantSplit/>
          <w:trHeight w:val="357"/>
          <w:jc w:val="center"/>
        </w:trPr>
        <w:tc>
          <w:tcPr>
            <w:tcW w:w="4989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　　</w:t>
            </w:r>
            <w:r>
              <w:rPr>
                <w:sz w:val="19"/>
              </w:rPr>
              <w:t>________________________________</w:t>
            </w:r>
          </w:p>
        </w:tc>
        <w:tc>
          <w:tcPr>
            <w:tcW w:w="4989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 xml:space="preserve">　　</w:t>
            </w:r>
            <w:r>
              <w:rPr>
                <w:sz w:val="19"/>
              </w:rPr>
              <w:t>________________________________</w:t>
            </w:r>
          </w:p>
        </w:tc>
      </w:tr>
    </w:tbl>
    <w:p w:rsidR="00BA7740" w:rsidRDefault="00833395">
      <w:pPr>
        <w:spacing w:before="140" w:after="100"/>
      </w:pPr>
      <w:r>
        <w:rPr>
          <w:b/>
          <w:sz w:val="22"/>
        </w:rPr>
        <w:t>三、輔導導師意見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BA7740">
        <w:trPr>
          <w:trHeight w:val="1247"/>
          <w:jc w:val="center"/>
        </w:trPr>
        <w:tc>
          <w:tcPr>
            <w:tcW w:w="997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9"/>
              </w:rPr>
              <w:t>導師意見：</w:t>
            </w:r>
          </w:p>
        </w:tc>
      </w:tr>
      <w:tr w:rsidR="00BA7740">
        <w:trPr>
          <w:jc w:val="center"/>
        </w:trPr>
        <w:tc>
          <w:tcPr>
            <w:tcW w:w="997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9"/>
              </w:rPr>
              <w:t>導師簽章：</w:t>
            </w:r>
            <w:r>
              <w:rPr>
                <w:sz w:val="19"/>
              </w:rPr>
              <w:t>____________________________________</w:t>
            </w:r>
          </w:p>
        </w:tc>
      </w:tr>
    </w:tbl>
    <w:p w:rsidR="00BA7740" w:rsidRDefault="00833395">
      <w:pPr>
        <w:spacing w:before="180"/>
      </w:pPr>
      <w:r>
        <w:rPr>
          <w:sz w:val="19"/>
        </w:rPr>
        <w:t>申請人簽章：</w:t>
      </w:r>
      <w:r>
        <w:rPr>
          <w:sz w:val="19"/>
        </w:rPr>
        <w:t>_______________________________</w:t>
      </w:r>
      <w:r>
        <w:rPr>
          <w:sz w:val="19"/>
        </w:rPr>
        <w:t xml:space="preserve">　　</w:t>
      </w:r>
      <w:r>
        <w:rPr>
          <w:sz w:val="19"/>
        </w:rPr>
        <w:t xml:space="preserve"> </w:t>
      </w:r>
      <w:r>
        <w:rPr>
          <w:sz w:val="19"/>
        </w:rPr>
        <w:t>中華民國＿＿＿年＿＿＿月＿＿＿日</w:t>
      </w:r>
    </w:p>
    <w:p w:rsidR="00BA7740" w:rsidRDefault="00833395">
      <w:r>
        <w:br w:type="page"/>
      </w:r>
    </w:p>
    <w:p w:rsidR="00BA7740" w:rsidRDefault="00833395">
      <w:pPr>
        <w:spacing w:after="60"/>
        <w:jc w:val="center"/>
      </w:pPr>
      <w:r>
        <w:rPr>
          <w:b/>
          <w:sz w:val="32"/>
        </w:rPr>
        <w:lastRenderedPageBreak/>
        <w:t>附表一　家庭狀況說明</w:t>
      </w:r>
    </w:p>
    <w:p w:rsidR="00BA7740" w:rsidRDefault="00BA7740">
      <w:pPr>
        <w:spacing w:after="180"/>
        <w:jc w:val="center"/>
      </w:pPr>
    </w:p>
    <w:p w:rsidR="00BA7740" w:rsidRDefault="00833395">
      <w:pPr>
        <w:spacing w:after="140"/>
      </w:pPr>
      <w:r>
        <w:rPr>
          <w:sz w:val="19"/>
        </w:rPr>
        <w:t>姓名：</w:t>
      </w:r>
      <w:r>
        <w:rPr>
          <w:sz w:val="19"/>
        </w:rPr>
        <w:t>___________________</w:t>
      </w:r>
      <w:r>
        <w:rPr>
          <w:sz w:val="19"/>
        </w:rPr>
        <w:t xml:space="preserve">　年級班別：</w:t>
      </w:r>
      <w:r>
        <w:rPr>
          <w:sz w:val="19"/>
        </w:rPr>
        <w:t>____________</w:t>
      </w:r>
      <w:r>
        <w:rPr>
          <w:sz w:val="19"/>
        </w:rPr>
        <w:t xml:space="preserve">　學號：</w:t>
      </w:r>
      <w:r>
        <w:rPr>
          <w:sz w:val="19"/>
        </w:rPr>
        <w:t>___________________</w:t>
      </w:r>
    </w:p>
    <w:p w:rsidR="00BA7740" w:rsidRDefault="00833395">
      <w:pPr>
        <w:spacing w:before="140" w:after="100"/>
      </w:pPr>
      <w:r>
        <w:rPr>
          <w:b/>
          <w:sz w:val="22"/>
        </w:rPr>
        <w:t>一、家庭成員狀況（含父母、同居之祖父母及兄弟姊妹）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4"/>
        <w:gridCol w:w="1417"/>
        <w:gridCol w:w="737"/>
        <w:gridCol w:w="2438"/>
        <w:gridCol w:w="1417"/>
        <w:gridCol w:w="3005"/>
      </w:tblGrid>
      <w:tr w:rsidR="00BA7740">
        <w:trPr>
          <w:jc w:val="center"/>
        </w:trPr>
        <w:tc>
          <w:tcPr>
            <w:tcW w:w="96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b/>
                <w:sz w:val="17"/>
              </w:rPr>
              <w:t>稱謂</w:t>
            </w:r>
          </w:p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b/>
                <w:sz w:val="17"/>
              </w:rPr>
              <w:t>姓名</w:t>
            </w:r>
          </w:p>
        </w:tc>
        <w:tc>
          <w:tcPr>
            <w:tcW w:w="73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b/>
                <w:sz w:val="17"/>
              </w:rPr>
              <w:t>年齡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b/>
                <w:sz w:val="17"/>
              </w:rPr>
              <w:t>就學或就業單位／職稱</w:t>
            </w:r>
          </w:p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b/>
                <w:sz w:val="17"/>
              </w:rPr>
              <w:t>月收入（元）</w:t>
            </w:r>
          </w:p>
        </w:tc>
        <w:tc>
          <w:tcPr>
            <w:tcW w:w="3005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b/>
                <w:sz w:val="17"/>
              </w:rPr>
              <w:t>備註（身心障礙、重大疾病等）</w:t>
            </w:r>
          </w:p>
        </w:tc>
      </w:tr>
      <w:tr w:rsidR="00BA7740">
        <w:trPr>
          <w:cantSplit/>
          <w:trHeight w:val="544"/>
          <w:jc w:val="center"/>
        </w:trPr>
        <w:tc>
          <w:tcPr>
            <w:tcW w:w="96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73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3005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cantSplit/>
          <w:trHeight w:val="544"/>
          <w:jc w:val="center"/>
        </w:trPr>
        <w:tc>
          <w:tcPr>
            <w:tcW w:w="96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73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3005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cantSplit/>
          <w:trHeight w:val="544"/>
          <w:jc w:val="center"/>
        </w:trPr>
        <w:tc>
          <w:tcPr>
            <w:tcW w:w="96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73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3005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cantSplit/>
          <w:trHeight w:val="544"/>
          <w:jc w:val="center"/>
        </w:trPr>
        <w:tc>
          <w:tcPr>
            <w:tcW w:w="96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73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3005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cantSplit/>
          <w:trHeight w:val="544"/>
          <w:jc w:val="center"/>
        </w:trPr>
        <w:tc>
          <w:tcPr>
            <w:tcW w:w="96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73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3005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cantSplit/>
          <w:trHeight w:val="544"/>
          <w:jc w:val="center"/>
        </w:trPr>
        <w:tc>
          <w:tcPr>
            <w:tcW w:w="96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73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3005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cantSplit/>
          <w:trHeight w:val="544"/>
          <w:jc w:val="center"/>
        </w:trPr>
        <w:tc>
          <w:tcPr>
            <w:tcW w:w="964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73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1417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3005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</w:tbl>
    <w:p w:rsidR="00BA7740" w:rsidRDefault="00833395">
      <w:pPr>
        <w:spacing w:after="80"/>
      </w:pPr>
      <w:r>
        <w:rPr>
          <w:sz w:val="17"/>
        </w:rPr>
        <w:t>備註：如家庭成員具身心障礙、重大疾病等情形，請檢附相關證明。</w:t>
      </w:r>
    </w:p>
    <w:p w:rsidR="00BA7740" w:rsidRDefault="00833395">
      <w:pPr>
        <w:spacing w:before="140" w:after="100"/>
      </w:pPr>
      <w:r>
        <w:rPr>
          <w:b/>
          <w:sz w:val="22"/>
        </w:rPr>
        <w:t>二、自述</w:t>
      </w:r>
    </w:p>
    <w:p w:rsidR="00BA7740" w:rsidRDefault="00833395">
      <w:pPr>
        <w:spacing w:after="120"/>
      </w:pPr>
      <w:r>
        <w:rPr>
          <w:sz w:val="18"/>
        </w:rPr>
        <w:t>請詳述家庭狀況、無力負擔學費或生活費之原因、特殊需求、學年度學習計畫及未來規劃；如篇幅不足，可另紙續寫。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BA7740">
        <w:trPr>
          <w:trHeight w:val="6009"/>
          <w:jc w:val="center"/>
        </w:trPr>
        <w:tc>
          <w:tcPr>
            <w:tcW w:w="997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</w:tbl>
    <w:p w:rsidR="00BA7740" w:rsidRDefault="00833395">
      <w:r>
        <w:br w:type="page"/>
      </w:r>
    </w:p>
    <w:p w:rsidR="00BA7740" w:rsidRDefault="00833395">
      <w:pPr>
        <w:spacing w:after="60"/>
        <w:jc w:val="center"/>
      </w:pPr>
      <w:r>
        <w:rPr>
          <w:b/>
          <w:sz w:val="32"/>
        </w:rPr>
        <w:lastRenderedPageBreak/>
        <w:t>附表二　個人預估收支明細</w:t>
      </w:r>
    </w:p>
    <w:p w:rsidR="00BA7740" w:rsidRDefault="00833395">
      <w:pPr>
        <w:spacing w:after="180"/>
        <w:jc w:val="center"/>
      </w:pPr>
      <w:r>
        <w:rPr>
          <w:b/>
          <w:sz w:val="24"/>
        </w:rPr>
        <w:t>＿＿＿學年度第＿＿學期</w:t>
      </w:r>
    </w:p>
    <w:p w:rsidR="00BA7740" w:rsidRDefault="00833395">
      <w:pPr>
        <w:spacing w:after="140"/>
      </w:pPr>
      <w:r>
        <w:rPr>
          <w:sz w:val="19"/>
        </w:rPr>
        <w:t>姓名：</w:t>
      </w:r>
      <w:r>
        <w:rPr>
          <w:sz w:val="19"/>
        </w:rPr>
        <w:t>___________________</w:t>
      </w:r>
      <w:r>
        <w:rPr>
          <w:sz w:val="19"/>
        </w:rPr>
        <w:t xml:space="preserve">　年級班別：</w:t>
      </w:r>
      <w:r>
        <w:rPr>
          <w:sz w:val="19"/>
        </w:rPr>
        <w:t>____________</w:t>
      </w:r>
      <w:r>
        <w:rPr>
          <w:sz w:val="19"/>
        </w:rPr>
        <w:t xml:space="preserve">　學號：</w:t>
      </w:r>
      <w:r>
        <w:rPr>
          <w:sz w:val="19"/>
        </w:rPr>
        <w:t>___________________</w:t>
      </w:r>
    </w:p>
    <w:p w:rsidR="00BA7740" w:rsidRDefault="00833395">
      <w:pPr>
        <w:spacing w:after="140"/>
      </w:pPr>
      <w:r>
        <w:rPr>
          <w:sz w:val="18"/>
        </w:rPr>
        <w:t xml:space="preserve">填寫期間：本學期　</w:t>
      </w:r>
      <w:r>
        <w:rPr>
          <w:sz w:val="18"/>
        </w:rPr>
        <w:t>│</w:t>
      </w:r>
      <w:r>
        <w:rPr>
          <w:sz w:val="18"/>
        </w:rPr>
        <w:t xml:space="preserve">　金額單位：新臺幣元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51"/>
        <w:gridCol w:w="2438"/>
        <w:gridCol w:w="2551"/>
        <w:gridCol w:w="2438"/>
      </w:tblGrid>
      <w:tr w:rsidR="00BA7740">
        <w:trPr>
          <w:jc w:val="center"/>
        </w:trPr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b/>
                <w:sz w:val="18"/>
              </w:rPr>
              <w:t>預估支出項目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b/>
                <w:sz w:val="18"/>
              </w:rPr>
              <w:t>預估金額（元）</w:t>
            </w:r>
          </w:p>
        </w:tc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b/>
                <w:sz w:val="18"/>
              </w:rPr>
              <w:t>預估收入項目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pPr>
              <w:jc w:val="center"/>
            </w:pPr>
            <w:r>
              <w:rPr>
                <w:b/>
                <w:sz w:val="18"/>
              </w:rPr>
              <w:t>預估金額（元）</w:t>
            </w:r>
          </w:p>
        </w:tc>
      </w:tr>
      <w:tr w:rsidR="00BA7740">
        <w:trPr>
          <w:trHeight w:val="533"/>
          <w:jc w:val="center"/>
        </w:trPr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學雜費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助學貸款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trHeight w:val="612"/>
          <w:jc w:val="center"/>
        </w:trPr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住宿費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學雜費減免、急難救助補助款合計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trHeight w:val="533"/>
          <w:jc w:val="center"/>
        </w:trPr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膳食費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公費補助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trHeight w:val="533"/>
          <w:jc w:val="center"/>
        </w:trPr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交通費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家中提供之生活費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trHeight w:val="533"/>
          <w:jc w:val="center"/>
        </w:trPr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雜費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其他所得（校內）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trHeight w:val="533"/>
          <w:jc w:val="center"/>
        </w:trPr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其他支出費用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sz w:val="18"/>
              </w:rPr>
              <w:t>其他所得（校外）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trHeight w:val="533"/>
          <w:jc w:val="center"/>
        </w:trPr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  <w:tr w:rsidR="00BA7740">
        <w:trPr>
          <w:trHeight w:val="533"/>
          <w:jc w:val="center"/>
        </w:trPr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8"/>
              </w:rPr>
              <w:t>支出合計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  <w:tc>
          <w:tcPr>
            <w:tcW w:w="2551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shd w:val="clear" w:color="auto" w:fill="EFF3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833395">
            <w:r>
              <w:rPr>
                <w:b/>
                <w:sz w:val="18"/>
              </w:rPr>
              <w:t>收入合計</w:t>
            </w:r>
          </w:p>
        </w:tc>
        <w:tc>
          <w:tcPr>
            <w:tcW w:w="243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</w:tbl>
    <w:p w:rsidR="00BA7740" w:rsidRDefault="00833395">
      <w:pPr>
        <w:spacing w:before="140" w:after="100"/>
      </w:pPr>
      <w:r>
        <w:rPr>
          <w:b/>
          <w:sz w:val="22"/>
        </w:rPr>
        <w:t>其他支出費用說明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BA7740">
        <w:trPr>
          <w:trHeight w:val="1134"/>
          <w:jc w:val="center"/>
        </w:trPr>
        <w:tc>
          <w:tcPr>
            <w:tcW w:w="997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</w:tbl>
    <w:p w:rsidR="00BA7740" w:rsidRDefault="00833395">
      <w:pPr>
        <w:spacing w:before="140" w:after="100"/>
      </w:pPr>
      <w:r>
        <w:rPr>
          <w:b/>
          <w:sz w:val="22"/>
        </w:rPr>
        <w:t>其他所得來源說明（如其他獎助學金、工讀金等）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78"/>
      </w:tblGrid>
      <w:tr w:rsidR="00BA7740">
        <w:trPr>
          <w:trHeight w:val="1134"/>
          <w:jc w:val="center"/>
        </w:trPr>
        <w:tc>
          <w:tcPr>
            <w:tcW w:w="9978" w:type="dxa"/>
            <w:tcBorders>
              <w:top w:val="single" w:sz="5" w:space="0" w:color="BAC7D1"/>
              <w:left w:val="single" w:sz="5" w:space="0" w:color="BAC7D1"/>
              <w:bottom w:val="single" w:sz="5" w:space="0" w:color="BAC7D1"/>
              <w:right w:val="single" w:sz="5" w:space="0" w:color="BAC7D1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A7740" w:rsidRDefault="00BA7740"/>
        </w:tc>
      </w:tr>
    </w:tbl>
    <w:p w:rsidR="00BA7740" w:rsidRDefault="00833395">
      <w:pPr>
        <w:spacing w:before="140" w:after="100"/>
      </w:pPr>
      <w:r>
        <w:rPr>
          <w:b/>
          <w:sz w:val="22"/>
        </w:rPr>
        <w:t>住屋狀況</w:t>
      </w:r>
    </w:p>
    <w:p w:rsidR="00BA7740" w:rsidRDefault="00833395">
      <w:pPr>
        <w:spacing w:after="160"/>
      </w:pPr>
      <w:r>
        <w:rPr>
          <w:sz w:val="19"/>
        </w:rPr>
        <w:t xml:space="preserve">□ </w:t>
      </w:r>
      <w:r>
        <w:rPr>
          <w:sz w:val="19"/>
        </w:rPr>
        <w:t xml:space="preserve">自有房屋　　</w:t>
      </w:r>
      <w:r>
        <w:rPr>
          <w:sz w:val="19"/>
        </w:rPr>
        <w:t xml:space="preserve">□ </w:t>
      </w:r>
      <w:r>
        <w:rPr>
          <w:sz w:val="19"/>
        </w:rPr>
        <w:t xml:space="preserve">租賃　　</w:t>
      </w:r>
      <w:r>
        <w:rPr>
          <w:sz w:val="19"/>
        </w:rPr>
        <w:t xml:space="preserve">□ </w:t>
      </w:r>
      <w:r>
        <w:rPr>
          <w:sz w:val="19"/>
        </w:rPr>
        <w:t>其他：</w:t>
      </w:r>
      <w:r>
        <w:rPr>
          <w:sz w:val="19"/>
        </w:rPr>
        <w:t>____________________________</w:t>
      </w:r>
      <w:r>
        <w:rPr>
          <w:sz w:val="19"/>
        </w:rPr>
        <w:t>（含借住、配住）</w:t>
      </w:r>
    </w:p>
    <w:p w:rsidR="00BA7740" w:rsidRDefault="00833395">
      <w:r>
        <w:rPr>
          <w:sz w:val="18"/>
        </w:rPr>
        <w:t xml:space="preserve">※ </w:t>
      </w:r>
      <w:r>
        <w:rPr>
          <w:sz w:val="18"/>
        </w:rPr>
        <w:t>備註：請依實際發生金額及情況估算填寫。</w:t>
      </w:r>
    </w:p>
    <w:sectPr w:rsidR="00BA7740" w:rsidSect="00034616">
      <w:footerReference w:type="default" r:id="rId8"/>
      <w:pgSz w:w="11906" w:h="16838"/>
      <w:pgMar w:top="935" w:right="964" w:bottom="839" w:left="964" w:header="369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395" w:rsidRDefault="00833395">
      <w:pPr>
        <w:spacing w:line="240" w:lineRule="auto"/>
      </w:pPr>
      <w:r>
        <w:separator/>
      </w:r>
    </w:p>
  </w:endnote>
  <w:endnote w:type="continuationSeparator" w:id="0">
    <w:p w:rsidR="00833395" w:rsidRDefault="008333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740" w:rsidRDefault="00833395">
    <w:pPr>
      <w:pStyle w:val="a7"/>
      <w:jc w:val="right"/>
    </w:pPr>
    <w:r>
      <w:rPr>
        <w:color w:val="556673"/>
        <w:sz w:val="16"/>
      </w:rPr>
      <w:t>國貿系獎助學金申請書</w:t>
    </w:r>
    <w:r>
      <w:rPr>
        <w:color w:val="556673"/>
        <w:sz w:val="16"/>
      </w:rPr>
      <w:t xml:space="preserve">  │  </w:t>
    </w:r>
    <w:r>
      <w:fldChar w:fldCharType="begin"/>
    </w:r>
    <w:r>
      <w:instrText>PAGE</w:instrText>
    </w:r>
    <w:r>
      <w:fldChar w:fldCharType="separate"/>
    </w:r>
    <w:r w:rsidR="0039393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395" w:rsidRDefault="00833395">
      <w:pPr>
        <w:spacing w:line="240" w:lineRule="auto"/>
      </w:pPr>
      <w:r>
        <w:separator/>
      </w:r>
    </w:p>
  </w:footnote>
  <w:footnote w:type="continuationSeparator" w:id="0">
    <w:p w:rsidR="00833395" w:rsidRDefault="008333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93934"/>
    <w:rsid w:val="00833395"/>
    <w:rsid w:val="00AA1D8D"/>
    <w:rsid w:val="00B47730"/>
    <w:rsid w:val="00BA774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BBC792EE-41E1-44B8-92A9-E20D6E50D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0" w:line="271" w:lineRule="auto"/>
    </w:pPr>
    <w:rPr>
      <w:rFonts w:ascii="微軟正黑體" w:eastAsia="微軟正黑體" w:hAnsi="微軟正黑體"/>
      <w:color w:val="1C344B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3297FCB-2B11-44D8-9FDF-3F19E3FFC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國貿系獎助學金申請書（精修版）</dc:title>
  <dc:subject/>
  <dc:creator>python-docx</dc:creator>
  <cp:keywords/>
  <dc:description>generated by python-docx</dc:description>
  <cp:lastModifiedBy>user</cp:lastModifiedBy>
  <cp:revision>2</cp:revision>
  <dcterms:created xsi:type="dcterms:W3CDTF">2026-09-22T06:13:00Z</dcterms:created>
  <dcterms:modified xsi:type="dcterms:W3CDTF">2026-09-22T06:13:00Z</dcterms:modified>
  <cp:category/>
</cp:coreProperties>
</file>